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16"/>
        <w:gridCol w:w="6120"/>
      </w:tblGrid>
      <w:tr w:rsidR="002A377C" w14:paraId="508D971B" w14:textId="77777777">
        <w:trPr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FD41BB" w14:textId="77777777" w:rsidR="002A377C" w:rsidRDefault="000D2E8E">
            <w:r>
              <w:rPr>
                <w:noProof/>
              </w:rPr>
              <w:drawing>
                <wp:inline distT="0" distB="0" distL="0" distR="0" wp14:anchorId="5220F390" wp14:editId="552CCC61">
                  <wp:extent cx="1874519" cy="148087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ool_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19" cy="1480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CF877D" w14:textId="77777777" w:rsidR="002A377C" w:rsidRDefault="000D2E8E">
            <w:pPr>
              <w:jc w:val="right"/>
            </w:pPr>
            <w:r>
              <w:rPr>
                <w:b/>
                <w:sz w:val="19"/>
              </w:rPr>
              <w:t>Redhill High School</w:t>
            </w:r>
            <w:r>
              <w:br/>
            </w:r>
            <w:r>
              <w:rPr>
                <w:sz w:val="19"/>
              </w:rPr>
              <w:t>Clynderwen House, Clynderwen</w:t>
            </w:r>
            <w:r>
              <w:br/>
            </w:r>
            <w:r>
              <w:rPr>
                <w:sz w:val="19"/>
              </w:rPr>
              <w:t>Pembrokeshire SA66 7PN</w:t>
            </w:r>
            <w:r>
              <w:br/>
            </w:r>
            <w:r>
              <w:rPr>
                <w:sz w:val="19"/>
              </w:rPr>
              <w:t>Telephone: 01437 211003</w:t>
            </w:r>
            <w:r>
              <w:br/>
            </w:r>
            <w:r>
              <w:rPr>
                <w:sz w:val="19"/>
              </w:rPr>
              <w:t>office@redhillhighschool.co.uk</w:t>
            </w:r>
            <w:r>
              <w:br/>
            </w:r>
            <w:r>
              <w:rPr>
                <w:sz w:val="19"/>
              </w:rPr>
              <w:t>www.redhillhighschool.co.uk</w:t>
            </w:r>
          </w:p>
        </w:tc>
      </w:tr>
    </w:tbl>
    <w:p w14:paraId="62EAD8B3" w14:textId="68C0EBE9" w:rsidR="002A377C" w:rsidRDefault="000D2E8E">
      <w:pPr>
        <w:spacing w:before="60" w:after="60"/>
        <w:jc w:val="right"/>
      </w:pPr>
      <w:r>
        <w:rPr>
          <w:b/>
        </w:rPr>
        <w:t xml:space="preserve">Date: </w:t>
      </w:r>
      <w:r w:rsidR="000E6560">
        <w:rPr>
          <w:b/>
        </w:rPr>
        <w:t>16/9/2026</w:t>
      </w:r>
    </w:p>
    <w:p w14:paraId="66882876" w14:textId="77777777" w:rsidR="002A377C" w:rsidRDefault="6877E436" w:rsidP="5BFC1C3A">
      <w:pPr>
        <w:pStyle w:val="Title"/>
        <w:spacing w:after="80"/>
        <w:rPr>
          <w:rFonts w:ascii="Aptos" w:hAnsi="Aptos"/>
          <w:b/>
          <w:bCs/>
          <w:color w:val="000000" w:themeColor="text1"/>
          <w:sz w:val="28"/>
          <w:szCs w:val="28"/>
        </w:rPr>
      </w:pPr>
      <w:r w:rsidRPr="5BFC1C3A">
        <w:rPr>
          <w:rFonts w:ascii="Aptos" w:hAnsi="Aptos"/>
          <w:b/>
          <w:bCs/>
          <w:color w:val="000000" w:themeColor="text1"/>
          <w:sz w:val="28"/>
          <w:szCs w:val="28"/>
        </w:rPr>
        <w:t>Naples Trip Travel Information</w:t>
      </w:r>
    </w:p>
    <w:p w14:paraId="19F85F21" w14:textId="77777777" w:rsidR="000E6560" w:rsidRDefault="000E6560" w:rsidP="5BFC1C3A">
      <w:pPr>
        <w:spacing w:after="80" w:line="247" w:lineRule="auto"/>
        <w:rPr>
          <w:sz w:val="22"/>
        </w:rPr>
      </w:pPr>
    </w:p>
    <w:p w14:paraId="1085241E" w14:textId="4C2747C0" w:rsidR="002A377C" w:rsidRDefault="6877E436" w:rsidP="5BFC1C3A">
      <w:pPr>
        <w:spacing w:after="80" w:line="247" w:lineRule="auto"/>
        <w:rPr>
          <w:sz w:val="22"/>
        </w:rPr>
      </w:pPr>
      <w:r w:rsidRPr="5BFC1C3A">
        <w:rPr>
          <w:sz w:val="22"/>
        </w:rPr>
        <w:t>Dear Parents, Carers and Students,</w:t>
      </w:r>
    </w:p>
    <w:p w14:paraId="32256F2A" w14:textId="77777777" w:rsidR="000E6560" w:rsidRDefault="000E6560" w:rsidP="5BFC1C3A">
      <w:pPr>
        <w:spacing w:after="100" w:line="247" w:lineRule="auto"/>
        <w:rPr>
          <w:sz w:val="22"/>
        </w:rPr>
      </w:pPr>
    </w:p>
    <w:p w14:paraId="5EC73FEE" w14:textId="68662850" w:rsidR="002A377C" w:rsidRDefault="6877E436" w:rsidP="5BFC1C3A">
      <w:pPr>
        <w:spacing w:after="100" w:line="247" w:lineRule="auto"/>
        <w:rPr>
          <w:sz w:val="22"/>
        </w:rPr>
      </w:pPr>
      <w:r w:rsidRPr="5BFC1C3A">
        <w:rPr>
          <w:sz w:val="22"/>
        </w:rPr>
        <w:t xml:space="preserve">This letter contains </w:t>
      </w:r>
      <w:bookmarkStart w:id="0" w:name="_Int_P8enH4qB"/>
      <w:r w:rsidRPr="5BFC1C3A">
        <w:rPr>
          <w:sz w:val="22"/>
        </w:rPr>
        <w:t>the final</w:t>
      </w:r>
      <w:bookmarkEnd w:id="0"/>
      <w:r w:rsidRPr="5BFC1C3A">
        <w:rPr>
          <w:sz w:val="22"/>
        </w:rPr>
        <w:t xml:space="preserve"> travel and practical information for our upcoming trip to Naples. Please read it carefully and contact Mrs Rue if anything is unclear.</w:t>
      </w:r>
    </w:p>
    <w:p w14:paraId="17455D86" w14:textId="77777777" w:rsidR="000E6560" w:rsidRDefault="000E6560" w:rsidP="5BFC1C3A">
      <w:pPr>
        <w:pStyle w:val="Heading1"/>
        <w:spacing w:before="80" w:after="40"/>
        <w:rPr>
          <w:rFonts w:ascii="Aptos" w:hAnsi="Aptos"/>
          <w:sz w:val="22"/>
          <w:szCs w:val="22"/>
        </w:rPr>
      </w:pPr>
    </w:p>
    <w:p w14:paraId="1CEC6DAC" w14:textId="61265986" w:rsidR="002A377C" w:rsidRDefault="6877E436" w:rsidP="5BFC1C3A">
      <w:pPr>
        <w:pStyle w:val="Heading1"/>
        <w:spacing w:before="80" w:after="40"/>
        <w:rPr>
          <w:rFonts w:ascii="Aptos" w:hAnsi="Aptos"/>
          <w:sz w:val="22"/>
          <w:szCs w:val="22"/>
        </w:rPr>
      </w:pPr>
      <w:r w:rsidRPr="5BFC1C3A">
        <w:rPr>
          <w:rFonts w:ascii="Aptos" w:hAnsi="Aptos"/>
          <w:sz w:val="22"/>
          <w:szCs w:val="22"/>
        </w:rPr>
        <w:t>Travel arrangements</w:t>
      </w:r>
    </w:p>
    <w:p w14:paraId="35381BA7" w14:textId="11D6C3C4" w:rsidR="002A377C" w:rsidRPr="000E6560" w:rsidRDefault="6877E436" w:rsidP="5BFC1C3A">
      <w:pPr>
        <w:spacing w:after="100" w:line="247" w:lineRule="auto"/>
        <w:rPr>
          <w:sz w:val="22"/>
        </w:rPr>
      </w:pPr>
      <w:r w:rsidRPr="5BFC1C3A">
        <w:rPr>
          <w:b/>
          <w:bCs/>
          <w:sz w:val="22"/>
        </w:rPr>
        <w:t xml:space="preserve">Trip dates: </w:t>
      </w:r>
      <w:r w:rsidRPr="5BFC1C3A">
        <w:rPr>
          <w:sz w:val="22"/>
        </w:rPr>
        <w:t xml:space="preserve">Students must arrive at school by </w:t>
      </w:r>
      <w:r w:rsidRPr="5BFC1C3A">
        <w:rPr>
          <w:b/>
          <w:bCs/>
          <w:sz w:val="22"/>
        </w:rPr>
        <w:t>8.00 pm on Thursday 22</w:t>
      </w:r>
      <w:r w:rsidR="4832B9F3" w:rsidRPr="5BFC1C3A">
        <w:rPr>
          <w:b/>
          <w:bCs/>
          <w:sz w:val="22"/>
          <w:vertAlign w:val="superscript"/>
        </w:rPr>
        <w:t>nd</w:t>
      </w:r>
      <w:r w:rsidR="4832B9F3" w:rsidRPr="5BFC1C3A">
        <w:rPr>
          <w:b/>
          <w:bCs/>
          <w:sz w:val="22"/>
        </w:rPr>
        <w:t xml:space="preserve"> </w:t>
      </w:r>
      <w:r w:rsidRPr="5BFC1C3A">
        <w:rPr>
          <w:b/>
          <w:bCs/>
          <w:sz w:val="22"/>
        </w:rPr>
        <w:t>October</w:t>
      </w:r>
      <w:r w:rsidRPr="5BFC1C3A">
        <w:rPr>
          <w:sz w:val="22"/>
        </w:rPr>
        <w:t xml:space="preserve">. The coach will leave promptly at </w:t>
      </w:r>
      <w:r w:rsidRPr="5BFC1C3A">
        <w:rPr>
          <w:b/>
          <w:bCs/>
          <w:sz w:val="22"/>
        </w:rPr>
        <w:t>9.00 pm</w:t>
      </w:r>
      <w:r w:rsidRPr="5BFC1C3A">
        <w:rPr>
          <w:sz w:val="22"/>
        </w:rPr>
        <w:t xml:space="preserve"> for Stansted Airport and cannot be delayed. Arriving by 8.00 pm will allow staff to check essential items before departure.</w:t>
      </w:r>
    </w:p>
    <w:p w14:paraId="4489AA0A" w14:textId="3D29374A" w:rsidR="002A377C" w:rsidRPr="000E6560" w:rsidRDefault="6877E436" w:rsidP="5BFC1C3A">
      <w:pPr>
        <w:spacing w:after="100" w:line="247" w:lineRule="auto"/>
        <w:rPr>
          <w:sz w:val="22"/>
        </w:rPr>
      </w:pPr>
      <w:r w:rsidRPr="5BFC1C3A">
        <w:rPr>
          <w:b/>
          <w:bCs/>
          <w:sz w:val="22"/>
        </w:rPr>
        <w:t xml:space="preserve">Expected return to school: </w:t>
      </w:r>
      <w:r w:rsidR="7A6131CC" w:rsidRPr="5BFC1C3A">
        <w:rPr>
          <w:sz w:val="22"/>
        </w:rPr>
        <w:t xml:space="preserve">On </w:t>
      </w:r>
      <w:r w:rsidRPr="5BFC1C3A">
        <w:rPr>
          <w:sz w:val="22"/>
        </w:rPr>
        <w:t>the return journey, we will ask students to call home from the coach at Stansted and again near Swansea with an updated arrival time.</w:t>
      </w:r>
    </w:p>
    <w:p w14:paraId="704D0956" w14:textId="77777777" w:rsidR="002A377C" w:rsidRPr="000E6560" w:rsidRDefault="6877E436" w:rsidP="5BFC1C3A">
      <w:pPr>
        <w:pStyle w:val="Heading1"/>
        <w:spacing w:before="80" w:after="40"/>
        <w:rPr>
          <w:rFonts w:ascii="Aptos" w:hAnsi="Aptos"/>
          <w:sz w:val="22"/>
          <w:szCs w:val="22"/>
        </w:rPr>
      </w:pPr>
      <w:r w:rsidRPr="5BFC1C3A">
        <w:rPr>
          <w:rFonts w:ascii="Aptos" w:hAnsi="Aptos"/>
          <w:sz w:val="22"/>
          <w:szCs w:val="22"/>
        </w:rPr>
        <w:t>Meals and spending money</w:t>
      </w:r>
    </w:p>
    <w:p w14:paraId="566C21ED" w14:textId="31E5EC17" w:rsidR="002A377C" w:rsidRPr="000E6560" w:rsidRDefault="6877E436" w:rsidP="5BFC1C3A">
      <w:pPr>
        <w:spacing w:after="100" w:line="247" w:lineRule="auto"/>
        <w:rPr>
          <w:sz w:val="22"/>
        </w:rPr>
      </w:pPr>
      <w:r w:rsidRPr="5BFC1C3A">
        <w:rPr>
          <w:sz w:val="22"/>
        </w:rPr>
        <w:t xml:space="preserve">The hotel will provide breakfast and an evening meal each day. Students will need money for lunch and may also wish to buy drinks, ice </w:t>
      </w:r>
      <w:r w:rsidR="7DE9D97B" w:rsidRPr="5BFC1C3A">
        <w:rPr>
          <w:sz w:val="22"/>
        </w:rPr>
        <w:t>cream,</w:t>
      </w:r>
      <w:r w:rsidRPr="5BFC1C3A">
        <w:rPr>
          <w:sz w:val="22"/>
        </w:rPr>
        <w:t xml:space="preserve"> or souvenirs. We recommend approximately </w:t>
      </w:r>
      <w:r w:rsidRPr="5BFC1C3A">
        <w:rPr>
          <w:b/>
          <w:bCs/>
          <w:sz w:val="22"/>
        </w:rPr>
        <w:t>€200</w:t>
      </w:r>
      <w:r w:rsidRPr="5BFC1C3A">
        <w:rPr>
          <w:sz w:val="22"/>
        </w:rPr>
        <w:t xml:space="preserve"> for the trip. This is guidance rather than a required amount; please adjust it to suit your child and the length of the trip. Please tell </w:t>
      </w:r>
      <w:r w:rsidR="4FE6FEF6" w:rsidRPr="5BFC1C3A">
        <w:rPr>
          <w:sz w:val="22"/>
        </w:rPr>
        <w:t>Mrs.</w:t>
      </w:r>
      <w:r w:rsidRPr="5BFC1C3A">
        <w:rPr>
          <w:sz w:val="22"/>
        </w:rPr>
        <w:t xml:space="preserve"> Rue whether your child will bring cash, a bank </w:t>
      </w:r>
      <w:r w:rsidR="43485D19" w:rsidRPr="5BFC1C3A">
        <w:rPr>
          <w:sz w:val="22"/>
        </w:rPr>
        <w:t>card,</w:t>
      </w:r>
      <w:r w:rsidRPr="5BFC1C3A">
        <w:rPr>
          <w:sz w:val="22"/>
        </w:rPr>
        <w:t xml:space="preserve"> or both.</w:t>
      </w:r>
    </w:p>
    <w:p w14:paraId="0D5E5A57" w14:textId="77777777" w:rsidR="002A377C" w:rsidRPr="000E6560" w:rsidRDefault="6877E436" w:rsidP="5BFC1C3A">
      <w:pPr>
        <w:pStyle w:val="Heading1"/>
        <w:spacing w:before="80" w:after="40"/>
        <w:rPr>
          <w:rFonts w:ascii="Aptos" w:hAnsi="Aptos"/>
          <w:sz w:val="22"/>
          <w:szCs w:val="22"/>
        </w:rPr>
      </w:pPr>
      <w:r w:rsidRPr="5BFC1C3A">
        <w:rPr>
          <w:rFonts w:ascii="Aptos" w:hAnsi="Aptos"/>
          <w:sz w:val="22"/>
          <w:szCs w:val="22"/>
        </w:rPr>
        <w:t>Staff and supervision</w:t>
      </w:r>
    </w:p>
    <w:p w14:paraId="77BC7BE4" w14:textId="5EAF06DF" w:rsidR="002A377C" w:rsidRPr="000E6560" w:rsidRDefault="6877E436" w:rsidP="5BFC1C3A">
      <w:pPr>
        <w:spacing w:after="100" w:line="247" w:lineRule="auto"/>
        <w:rPr>
          <w:sz w:val="22"/>
        </w:rPr>
      </w:pPr>
      <w:r w:rsidRPr="5BFC1C3A">
        <w:rPr>
          <w:sz w:val="22"/>
        </w:rPr>
        <w:t xml:space="preserve">The accompanying staff are </w:t>
      </w:r>
      <w:r w:rsidR="0A002047" w:rsidRPr="5BFC1C3A">
        <w:rPr>
          <w:sz w:val="22"/>
        </w:rPr>
        <w:t>Mrs.</w:t>
      </w:r>
      <w:r w:rsidRPr="5BFC1C3A">
        <w:rPr>
          <w:sz w:val="22"/>
        </w:rPr>
        <w:t xml:space="preserve"> A. Rue, </w:t>
      </w:r>
      <w:r w:rsidR="662F0CA7" w:rsidRPr="5BFC1C3A">
        <w:rPr>
          <w:sz w:val="22"/>
        </w:rPr>
        <w:t>Mrs.</w:t>
      </w:r>
      <w:r w:rsidRPr="5BFC1C3A">
        <w:rPr>
          <w:sz w:val="22"/>
        </w:rPr>
        <w:t xml:space="preserve"> M. Lewis and Dr S. May. With 26 students and three members of staff, the overall ratio is approximately </w:t>
      </w:r>
      <w:r w:rsidRPr="5BFC1C3A">
        <w:rPr>
          <w:b/>
          <w:bCs/>
          <w:sz w:val="22"/>
        </w:rPr>
        <w:t>one member of staff to nine students</w:t>
      </w:r>
      <w:r w:rsidRPr="5BFC1C3A">
        <w:rPr>
          <w:sz w:val="22"/>
        </w:rPr>
        <w:t>. Staff will supervise the planned programme and organise evening activities. Room allocations are not yet final, but we will place students with appropriate companions wherever possible and maintain a clear bedtime routine.</w:t>
      </w:r>
    </w:p>
    <w:p w14:paraId="14E9D430" w14:textId="77777777" w:rsidR="002A377C" w:rsidRPr="000E6560" w:rsidRDefault="6877E436" w:rsidP="5BFC1C3A">
      <w:pPr>
        <w:pStyle w:val="Heading1"/>
        <w:spacing w:before="80" w:after="40"/>
        <w:rPr>
          <w:rFonts w:ascii="Aptos" w:hAnsi="Aptos"/>
          <w:sz w:val="22"/>
          <w:szCs w:val="22"/>
        </w:rPr>
      </w:pPr>
      <w:r w:rsidRPr="5BFC1C3A">
        <w:rPr>
          <w:rFonts w:ascii="Aptos" w:hAnsi="Aptos"/>
          <w:sz w:val="22"/>
          <w:szCs w:val="22"/>
        </w:rPr>
        <w:t>Luggage and essential items</w:t>
      </w:r>
    </w:p>
    <w:p w14:paraId="697E00BD" w14:textId="1615F3F0" w:rsidR="002A377C" w:rsidRPr="000E6560" w:rsidRDefault="6877E436" w:rsidP="5BFC1C3A">
      <w:pPr>
        <w:spacing w:after="40" w:line="247" w:lineRule="auto"/>
        <w:rPr>
          <w:sz w:val="22"/>
        </w:rPr>
      </w:pPr>
      <w:r w:rsidRPr="5BFC1C3A">
        <w:rPr>
          <w:sz w:val="22"/>
        </w:rPr>
        <w:t xml:space="preserve">The luggage allowance is </w:t>
      </w:r>
      <w:r w:rsidRPr="5BFC1C3A">
        <w:rPr>
          <w:b/>
          <w:bCs/>
          <w:sz w:val="22"/>
        </w:rPr>
        <w:t>10 kg</w:t>
      </w:r>
      <w:r w:rsidRPr="5BFC1C3A">
        <w:rPr>
          <w:sz w:val="22"/>
        </w:rPr>
        <w:t xml:space="preserve">. </w:t>
      </w:r>
      <w:r w:rsidR="7A6131CC" w:rsidRPr="5BFC1C3A">
        <w:rPr>
          <w:sz w:val="22"/>
        </w:rPr>
        <w:t xml:space="preserve">We are awaiting confirmation of whether this is cabin or hold storage and will update as soon as we know. </w:t>
      </w:r>
      <w:r w:rsidRPr="5BFC1C3A">
        <w:rPr>
          <w:sz w:val="22"/>
        </w:rPr>
        <w:t>Students should pack:</w:t>
      </w:r>
    </w:p>
    <w:p w14:paraId="21EF418E" w14:textId="77777777" w:rsidR="002A377C" w:rsidRPr="000E6560" w:rsidRDefault="6877E436" w:rsidP="5BFC1C3A">
      <w:pPr>
        <w:pStyle w:val="ListBullet"/>
        <w:spacing w:after="20" w:line="240" w:lineRule="auto"/>
        <w:ind w:left="403" w:hanging="230"/>
        <w:rPr>
          <w:sz w:val="22"/>
        </w:rPr>
      </w:pPr>
      <w:r w:rsidRPr="5BFC1C3A">
        <w:rPr>
          <w:sz w:val="22"/>
        </w:rPr>
        <w:t>comfortable walking shoes</w:t>
      </w:r>
    </w:p>
    <w:p w14:paraId="72B2B7D4" w14:textId="77777777" w:rsidR="002A377C" w:rsidRPr="000E6560" w:rsidRDefault="6877E436" w:rsidP="5BFC1C3A">
      <w:pPr>
        <w:pStyle w:val="ListBullet"/>
        <w:spacing w:after="20" w:line="240" w:lineRule="auto"/>
        <w:ind w:left="403" w:hanging="230"/>
        <w:rPr>
          <w:sz w:val="22"/>
        </w:rPr>
      </w:pPr>
      <w:r w:rsidRPr="5BFC1C3A">
        <w:rPr>
          <w:sz w:val="22"/>
        </w:rPr>
        <w:t>a light rain jacket</w:t>
      </w:r>
    </w:p>
    <w:p w14:paraId="4D4338A6" w14:textId="77777777" w:rsidR="002A377C" w:rsidRPr="000E6560" w:rsidRDefault="6877E436" w:rsidP="5BFC1C3A">
      <w:pPr>
        <w:pStyle w:val="ListBullet"/>
        <w:spacing w:after="20" w:line="240" w:lineRule="auto"/>
        <w:ind w:left="403" w:hanging="230"/>
        <w:rPr>
          <w:sz w:val="22"/>
        </w:rPr>
      </w:pPr>
      <w:r w:rsidRPr="5BFC1C3A">
        <w:rPr>
          <w:sz w:val="22"/>
        </w:rPr>
        <w:t>clothing suitable for the forecast</w:t>
      </w:r>
    </w:p>
    <w:p w14:paraId="26E1233B" w14:textId="77777777" w:rsidR="002A377C" w:rsidRPr="000E6560" w:rsidRDefault="6877E436" w:rsidP="5BFC1C3A">
      <w:pPr>
        <w:pStyle w:val="ListBullet"/>
        <w:spacing w:after="20" w:line="240" w:lineRule="auto"/>
        <w:ind w:left="403" w:hanging="230"/>
        <w:rPr>
          <w:sz w:val="22"/>
        </w:rPr>
      </w:pPr>
      <w:r w:rsidRPr="5BFC1C3A">
        <w:rPr>
          <w:sz w:val="22"/>
        </w:rPr>
        <w:t>an appropriate travel adaptor for Italy.</w:t>
      </w:r>
    </w:p>
    <w:p w14:paraId="261149A1" w14:textId="77777777" w:rsidR="002A377C" w:rsidRPr="000E6560" w:rsidRDefault="6877E436" w:rsidP="5BFC1C3A">
      <w:pPr>
        <w:pStyle w:val="Heading1"/>
        <w:pageBreakBefore/>
        <w:spacing w:before="80" w:after="40"/>
        <w:rPr>
          <w:rFonts w:ascii="Aptos" w:hAnsi="Aptos"/>
          <w:sz w:val="22"/>
          <w:szCs w:val="22"/>
        </w:rPr>
      </w:pPr>
      <w:proofErr w:type="gramStart"/>
      <w:r w:rsidRPr="5BFC1C3A">
        <w:rPr>
          <w:rFonts w:ascii="Aptos" w:hAnsi="Aptos"/>
          <w:sz w:val="22"/>
          <w:szCs w:val="22"/>
        </w:rPr>
        <w:lastRenderedPageBreak/>
        <w:t>Documents</w:t>
      </w:r>
      <w:proofErr w:type="gramEnd"/>
      <w:r w:rsidRPr="5BFC1C3A">
        <w:rPr>
          <w:rFonts w:ascii="Aptos" w:hAnsi="Aptos"/>
          <w:sz w:val="22"/>
          <w:szCs w:val="22"/>
        </w:rPr>
        <w:t xml:space="preserve"> health and insurance</w:t>
      </w:r>
    </w:p>
    <w:p w14:paraId="00426C00" w14:textId="3957107F" w:rsidR="002A377C" w:rsidRPr="000E6560" w:rsidRDefault="6877E436" w:rsidP="5BFC1C3A">
      <w:pPr>
        <w:spacing w:after="100" w:line="247" w:lineRule="auto"/>
        <w:rPr>
          <w:sz w:val="22"/>
        </w:rPr>
      </w:pPr>
      <w:r w:rsidRPr="5BFC1C3A">
        <w:rPr>
          <w:sz w:val="22"/>
        </w:rPr>
        <w:t xml:space="preserve">Before departure, please ensure that all required consent forms, passport information, GHIC or other health-cover details, medical information, medication instructions and dietary requirements have been provided to the school. </w:t>
      </w:r>
      <w:r w:rsidR="7A6131CC" w:rsidRPr="5BFC1C3A">
        <w:rPr>
          <w:sz w:val="22"/>
        </w:rPr>
        <w:t xml:space="preserve">GHICs, if you do not have them, can be sourced here: </w:t>
      </w:r>
      <w:hyperlink r:id="rId7">
        <w:r w:rsidR="7A6131CC" w:rsidRPr="5BFC1C3A">
          <w:rPr>
            <w:rStyle w:val="Hyperlink"/>
            <w:sz w:val="22"/>
          </w:rPr>
          <w:t>Get healthcare cover for travelling abroad - NHSBSA</w:t>
        </w:r>
      </w:hyperlink>
      <w:r w:rsidR="7A6131CC" w:rsidRPr="5BFC1C3A">
        <w:rPr>
          <w:sz w:val="22"/>
        </w:rPr>
        <w:t xml:space="preserve">. You should apply for this as soon as possible to ensure it arrives </w:t>
      </w:r>
      <w:r w:rsidR="6501DECF" w:rsidRPr="5BFC1C3A">
        <w:rPr>
          <w:sz w:val="22"/>
        </w:rPr>
        <w:t>on</w:t>
      </w:r>
      <w:r w:rsidR="7A6131CC" w:rsidRPr="5BFC1C3A">
        <w:rPr>
          <w:sz w:val="22"/>
        </w:rPr>
        <w:t xml:space="preserve"> time. </w:t>
      </w:r>
    </w:p>
    <w:p w14:paraId="0F35EC8F" w14:textId="0660D10E" w:rsidR="002A377C" w:rsidRPr="000E6560" w:rsidRDefault="6877E436" w:rsidP="5BFC1C3A">
      <w:pPr>
        <w:spacing w:after="100" w:line="247" w:lineRule="auto"/>
        <w:rPr>
          <w:sz w:val="22"/>
        </w:rPr>
      </w:pPr>
      <w:r w:rsidRPr="5BFC1C3A">
        <w:rPr>
          <w:sz w:val="22"/>
        </w:rPr>
        <w:t>The trip is covered by NST basic insurance</w:t>
      </w:r>
      <w:r w:rsidR="7A6131CC" w:rsidRPr="5BFC1C3A">
        <w:rPr>
          <w:sz w:val="22"/>
        </w:rPr>
        <w:t xml:space="preserve">. </w:t>
      </w:r>
      <w:r w:rsidRPr="5BFC1C3A">
        <w:rPr>
          <w:sz w:val="22"/>
        </w:rPr>
        <w:t xml:space="preserve">If you have arranged additional insurance, please inform </w:t>
      </w:r>
      <w:r w:rsidR="1913A5D2" w:rsidRPr="5BFC1C3A">
        <w:rPr>
          <w:sz w:val="22"/>
        </w:rPr>
        <w:t>Mrs.</w:t>
      </w:r>
      <w:r w:rsidRPr="5BFC1C3A">
        <w:rPr>
          <w:sz w:val="22"/>
        </w:rPr>
        <w:t xml:space="preserve"> Rue.</w:t>
      </w:r>
    </w:p>
    <w:p w14:paraId="22C0D20A" w14:textId="77777777" w:rsidR="002A377C" w:rsidRPr="000E6560" w:rsidRDefault="6877E436" w:rsidP="5BFC1C3A">
      <w:pPr>
        <w:pStyle w:val="Heading1"/>
        <w:spacing w:before="80" w:after="40"/>
        <w:rPr>
          <w:rFonts w:ascii="Aptos" w:hAnsi="Aptos"/>
          <w:sz w:val="22"/>
          <w:szCs w:val="22"/>
        </w:rPr>
      </w:pPr>
      <w:r w:rsidRPr="5BFC1C3A">
        <w:rPr>
          <w:rFonts w:ascii="Aptos" w:hAnsi="Aptos"/>
          <w:sz w:val="22"/>
          <w:szCs w:val="22"/>
        </w:rPr>
        <w:t>Contact information</w:t>
      </w:r>
    </w:p>
    <w:p w14:paraId="5A46924B" w14:textId="78B66FDD" w:rsidR="002A377C" w:rsidRPr="000E6560" w:rsidRDefault="6877E436" w:rsidP="5BFC1C3A">
      <w:pPr>
        <w:spacing w:after="100" w:line="247" w:lineRule="auto"/>
        <w:rPr>
          <w:sz w:val="22"/>
        </w:rPr>
      </w:pPr>
      <w:r w:rsidRPr="5BFC1C3A">
        <w:rPr>
          <w:sz w:val="22"/>
        </w:rPr>
        <w:t xml:space="preserve">For questions before departure, please email </w:t>
      </w:r>
      <w:r w:rsidR="481A4BA9" w:rsidRPr="5BFC1C3A">
        <w:rPr>
          <w:sz w:val="22"/>
        </w:rPr>
        <w:t>Mrs.</w:t>
      </w:r>
      <w:r w:rsidRPr="5BFC1C3A">
        <w:rPr>
          <w:sz w:val="22"/>
        </w:rPr>
        <w:t xml:space="preserve"> Rue through the school office or telephone 01437 211003 and ask for a return call. The emergency contact number during the trip is</w:t>
      </w:r>
      <w:r w:rsidR="3D73A66E" w:rsidRPr="5BFC1C3A">
        <w:rPr>
          <w:sz w:val="22"/>
        </w:rPr>
        <w:t xml:space="preserve"> 07837181291. </w:t>
      </w:r>
    </w:p>
    <w:p w14:paraId="6067304B" w14:textId="77777777" w:rsidR="002A377C" w:rsidRPr="000E6560" w:rsidRDefault="6877E436" w:rsidP="5BFC1C3A">
      <w:pPr>
        <w:spacing w:after="100" w:line="247" w:lineRule="auto"/>
        <w:rPr>
          <w:sz w:val="22"/>
        </w:rPr>
      </w:pPr>
      <w:r w:rsidRPr="5BFC1C3A">
        <w:rPr>
          <w:sz w:val="22"/>
        </w:rPr>
        <w:t>We are looking forward to a safe and enjoyable trip.</w:t>
      </w:r>
    </w:p>
    <w:p w14:paraId="3A93660B" w14:textId="77777777" w:rsidR="000E6560" w:rsidRDefault="000E6560" w:rsidP="5BFC1C3A">
      <w:pPr>
        <w:spacing w:after="0" w:line="247" w:lineRule="auto"/>
        <w:rPr>
          <w:sz w:val="22"/>
        </w:rPr>
      </w:pPr>
    </w:p>
    <w:p w14:paraId="71B4A068" w14:textId="497F7AB6" w:rsidR="002A377C" w:rsidRDefault="6877E436" w:rsidP="5BFC1C3A">
      <w:pPr>
        <w:spacing w:after="0" w:line="247" w:lineRule="auto"/>
        <w:rPr>
          <w:sz w:val="22"/>
        </w:rPr>
      </w:pPr>
      <w:r w:rsidRPr="5BFC1C3A">
        <w:rPr>
          <w:sz w:val="22"/>
        </w:rPr>
        <w:t>Kind regards,</w:t>
      </w:r>
    </w:p>
    <w:p w14:paraId="2B43B312" w14:textId="77777777" w:rsidR="000E6560" w:rsidRDefault="000E6560" w:rsidP="5BFC1C3A">
      <w:pPr>
        <w:spacing w:after="0" w:line="247" w:lineRule="auto"/>
        <w:rPr>
          <w:sz w:val="22"/>
        </w:rPr>
      </w:pPr>
    </w:p>
    <w:p w14:paraId="397ABCF4" w14:textId="4F43AA1F" w:rsidR="002A377C" w:rsidRPr="000E6560" w:rsidRDefault="6877E436" w:rsidP="5BFC1C3A">
      <w:pPr>
        <w:spacing w:after="0" w:line="247" w:lineRule="auto"/>
        <w:rPr>
          <w:b/>
          <w:bCs/>
          <w:sz w:val="22"/>
        </w:rPr>
      </w:pPr>
      <w:r w:rsidRPr="5BFC1C3A">
        <w:rPr>
          <w:b/>
          <w:bCs/>
          <w:sz w:val="22"/>
        </w:rPr>
        <w:t>The Trip Team</w:t>
      </w:r>
    </w:p>
    <w:p w14:paraId="34AFAA31" w14:textId="79A63BDF" w:rsidR="002A377C" w:rsidRDefault="0879648C" w:rsidP="5BFC1C3A">
      <w:pPr>
        <w:spacing w:after="0" w:line="247" w:lineRule="auto"/>
        <w:rPr>
          <w:sz w:val="22"/>
        </w:rPr>
      </w:pPr>
      <w:r w:rsidRPr="5BFC1C3A">
        <w:rPr>
          <w:sz w:val="22"/>
        </w:rPr>
        <w:t>Mrs.</w:t>
      </w:r>
      <w:r w:rsidR="6877E436" w:rsidRPr="5BFC1C3A">
        <w:rPr>
          <w:sz w:val="22"/>
        </w:rPr>
        <w:t xml:space="preserve"> A. Rue, </w:t>
      </w:r>
      <w:r w:rsidR="36F63023" w:rsidRPr="5BFC1C3A">
        <w:rPr>
          <w:sz w:val="22"/>
        </w:rPr>
        <w:t>Mrs.</w:t>
      </w:r>
      <w:r w:rsidR="6877E436" w:rsidRPr="5BFC1C3A">
        <w:rPr>
          <w:sz w:val="22"/>
        </w:rPr>
        <w:t xml:space="preserve"> M. Lewis and Dr S. May</w:t>
      </w:r>
    </w:p>
    <w:sectPr w:rsidR="002A377C" w:rsidSect="00034616">
      <w:pgSz w:w="12240" w:h="15840"/>
      <w:pgMar w:top="648" w:right="1037" w:bottom="691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ni8UUdXdlt6RIo" int2:id="NScM724e">
      <int2:state int2:value="Rejected" int2:type="spell"/>
    </int2:textHash>
    <int2:textHash int2:hashCode="F5meySrj0IR3eS" int2:id="1ed5Olgj">
      <int2:state int2:value="Rejected" int2:type="spell"/>
    </int2:textHash>
    <int2:bookmark int2:bookmarkName="_Int_P8enH4qB" int2:invalidationBookmarkName="" int2:hashCode="vP6eX4Lz4M1Kox" int2:id="nfMM7cSe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2102035">
    <w:abstractNumId w:val="8"/>
  </w:num>
  <w:num w:numId="2" w16cid:durableId="1500466905">
    <w:abstractNumId w:val="6"/>
  </w:num>
  <w:num w:numId="3" w16cid:durableId="1331980817">
    <w:abstractNumId w:val="5"/>
  </w:num>
  <w:num w:numId="4" w16cid:durableId="2071031214">
    <w:abstractNumId w:val="4"/>
  </w:num>
  <w:num w:numId="5" w16cid:durableId="1934778559">
    <w:abstractNumId w:val="7"/>
  </w:num>
  <w:num w:numId="6" w16cid:durableId="1206983219">
    <w:abstractNumId w:val="3"/>
  </w:num>
  <w:num w:numId="7" w16cid:durableId="588075343">
    <w:abstractNumId w:val="2"/>
  </w:num>
  <w:num w:numId="8" w16cid:durableId="31737761">
    <w:abstractNumId w:val="1"/>
  </w:num>
  <w:num w:numId="9" w16cid:durableId="54841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2E8E"/>
    <w:rsid w:val="000E6560"/>
    <w:rsid w:val="0015074B"/>
    <w:rsid w:val="0029639D"/>
    <w:rsid w:val="002A377C"/>
    <w:rsid w:val="00326F90"/>
    <w:rsid w:val="00970CB7"/>
    <w:rsid w:val="00AA1D8D"/>
    <w:rsid w:val="00B47730"/>
    <w:rsid w:val="00B70605"/>
    <w:rsid w:val="00CB0664"/>
    <w:rsid w:val="00FC693F"/>
    <w:rsid w:val="0879648C"/>
    <w:rsid w:val="0A002047"/>
    <w:rsid w:val="16CCD035"/>
    <w:rsid w:val="1913A5D2"/>
    <w:rsid w:val="36F63023"/>
    <w:rsid w:val="3AE673AE"/>
    <w:rsid w:val="3D73A66E"/>
    <w:rsid w:val="4235E63F"/>
    <w:rsid w:val="43485D19"/>
    <w:rsid w:val="481A4BA9"/>
    <w:rsid w:val="4832B9F3"/>
    <w:rsid w:val="4D070715"/>
    <w:rsid w:val="4FE6FEF6"/>
    <w:rsid w:val="5305361B"/>
    <w:rsid w:val="5BFC1C3A"/>
    <w:rsid w:val="6501DECF"/>
    <w:rsid w:val="662F0CA7"/>
    <w:rsid w:val="6877E436"/>
    <w:rsid w:val="7A6131CC"/>
    <w:rsid w:val="7DE9D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C418F0"/>
  <w14:defaultImageDpi w14:val="300"/>
  <w15:docId w15:val="{38168043-4F71-4EAB-AC57-D38913764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E65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656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E656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verseas-healthcare.nhsbsa.nhs.uk/get-healthcare-cover-travelling-abroad/star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20/10/relationships/intelligence" Target="intelligence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446</Words>
  <Characters>2548</Characters>
  <Application>Microsoft Office Word</Application>
  <DocSecurity>0</DocSecurity>
  <Lines>21</Lines>
  <Paragraphs>5</Paragraphs>
  <ScaleCrop>false</ScaleCrop>
  <Manager/>
  <Company/>
  <LinksUpToDate>false</LinksUpToDate>
  <CharactersWithSpaces>2989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Naples Trip Travel Information</dc:title>
  <dc:subject>Travel and practical information for the school trip to Naples</dc:subject>
  <dc:creator>Redhill High School</dc:creator>
  <cp:keywords/>
  <dc:description>generated by python-docx</dc:description>
  <cp:lastModifiedBy>Alun Millington</cp:lastModifiedBy>
  <cp:revision>2</cp:revision>
  <dcterms:created xsi:type="dcterms:W3CDTF">2026-09-17T08:26:00Z</dcterms:created>
  <dcterms:modified xsi:type="dcterms:W3CDTF">2026-09-17T08:26:00Z</dcterms:modified>
  <cp:category/>
</cp:coreProperties>
</file>